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0"/>
        <w:jc w:val="left"/>
      </w:pPr>
      <w:r>
        <w:t>Service report</w:t>
      </w:r>
    </w:p>
    <w:p>
      <w:pPr>
        <w:keepNext/>
        <w:spacing w:after="120"/>
      </w:pPr>
      <w:r>
        <w:rPr>
          <w:rFonts w:ascii="Arial" w:hAnsi="Arial"/>
          <w:b w:val="0"/>
          <w:color w:val="5E6B66"/>
          <w:sz w:val="16"/>
        </w:rPr>
        <w:t>Your business name | Business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620" w:hRule="atLeast"/>
        </w:trPr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REPORT NO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REPORT DATE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QUOTATION REF OPTIONAL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INVOICE REF OPTIONAL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  <w:tr>
        <w:trPr>
          <w:trHeight w:val="620" w:hRule="atLeast"/>
        </w:trPr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CLIENT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SITE OR LOCATION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EQUIPMENT OR ASSET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263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TECHNICIAN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b w:val="0"/>
          <w:color w:val="171C1A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2"/>
        <w:gridCol w:w="5272"/>
      </w:tblGrid>
      <w:tr>
        <w:trPr>
          <w:trHeight w:val="540" w:hRule="atLeast"/>
        </w:trPr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JOB STARTED DATE AND TIME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JOB COMPLETED DATE AND TIME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b w:val="0"/>
          <w:color w:val="171C1A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780" w:hRule="atLeast"/>
        </w:trPr>
        <w:tc>
          <w:tcPr>
            <w:tcW w:type="dxa" w:w="1054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  <w:shd w:fill="F7FAF8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REPORTED ISSUE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  <w:tr>
        <w:trPr>
          <w:trHeight w:val="780" w:hRule="atLeast"/>
        </w:trPr>
        <w:tc>
          <w:tcPr>
            <w:tcW w:type="dxa" w:w="1054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FINDINGS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  <w:tr>
        <w:trPr>
          <w:trHeight w:val="780" w:hRule="atLeast"/>
        </w:trPr>
        <w:tc>
          <w:tcPr>
            <w:tcW w:type="dxa" w:w="1054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  <w:shd w:fill="F7FAF8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WORK COMPLETED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  <w:tr>
        <w:trPr>
          <w:trHeight w:val="780" w:hRule="atLeast"/>
        </w:trPr>
        <w:tc>
          <w:tcPr>
            <w:tcW w:type="dxa" w:w="10546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CHECKS AND FOLLOW-UP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b w:val="0"/>
          <w:color w:val="171C1A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1000" w:hRule="atLeast"/>
        </w:trPr>
        <w:tc>
          <w:tcPr>
            <w:tcW w:type="dxa" w:w="5272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  <w:shd w:fill="F7FAF8"/>
          </w:tcPr>
          <w:p>
            <w:pPr>
              <w:jc w:val="center"/>
            </w:pPr>
            <w:r>
              <w:rPr>
                <w:rFonts w:ascii="Arial" w:hAnsi="Arial"/>
                <w:b/>
                <w:color w:val="5E6B66"/>
                <w:sz w:val="16"/>
              </w:rPr>
              <w:t>PHOTO PLACEHOLDER - BEFORE</w:t>
            </w:r>
            <w:r>
              <w:br/>
            </w:r>
            <w:r>
              <w:rPr>
                <w:rFonts w:ascii="Arial" w:hAnsi="Arial"/>
                <w:b w:val="0"/>
                <w:color w:val="5E6B66"/>
                <w:sz w:val="14"/>
              </w:rPr>
              <w:t>Insert or attach an image here</w:t>
            </w:r>
          </w:p>
        </w:tc>
        <w:tc>
          <w:tcPr>
            <w:tcW w:type="dxa" w:w="5272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  <w:shd w:fill="F7FAF8"/>
          </w:tcPr>
          <w:p>
            <w:pPr>
              <w:jc w:val="center"/>
            </w:pPr>
            <w:r>
              <w:rPr>
                <w:rFonts w:ascii="Arial" w:hAnsi="Arial"/>
                <w:b/>
                <w:color w:val="5E6B66"/>
                <w:sz w:val="16"/>
              </w:rPr>
              <w:t>PHOTO PLACEHOLDER - AFTER</w:t>
            </w:r>
            <w:r>
              <w:br/>
            </w:r>
            <w:r>
              <w:rPr>
                <w:rFonts w:ascii="Arial" w:hAnsi="Arial"/>
                <w:b w:val="0"/>
                <w:color w:val="5E6B66"/>
                <w:sz w:val="14"/>
              </w:rPr>
              <w:t>Insert or attach an image here</w:t>
            </w:r>
          </w:p>
        </w:tc>
      </w:tr>
      <w:tr>
        <w:trPr>
          <w:trHeight w:val="500" w:hRule="atLeast"/>
        </w:trPr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E6B66"/>
                <w:sz w:val="13"/>
              </w:rPr>
              <w:t>CAPTION OR FILE REFERENCE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E6B66"/>
                <w:sz w:val="13"/>
              </w:rPr>
              <w:t>CAPTION OR FILE REFERENCE</w:t>
            </w:r>
            <w:r>
              <w:br/>
            </w:r>
            <w:r>
              <w:rPr>
                <w:rFonts w:ascii="Arial" w:hAnsi="Arial"/>
                <w:b w:val="0"/>
                <w:color w:val="BFCAC5"/>
                <w:sz w:val="17"/>
              </w:rPr>
              <w:t>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b w:val="0"/>
          <w:color w:val="171C1A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840" w:hRule="atLeast"/>
        </w:trPr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PREPARED BY</w:t>
            </w:r>
            <w:r>
              <w:br/>
            </w:r>
            <w:r>
              <w:rPr>
                <w:rFonts w:ascii="Arial" w:hAnsi="Arial"/>
                <w:b w:val="0"/>
                <w:color w:val="171C1A"/>
                <w:sz w:val="17"/>
              </w:rPr>
              <w:t>Name: ____________________   Position: ____________________</w:t>
              <w:br/>
              <w:t>Date: _____________________   Signature: ___________________</w:t>
            </w:r>
          </w:p>
        </w:tc>
        <w:tc>
          <w:tcPr>
            <w:tcW w:type="dxa" w:w="5273"/>
            <w:vAlign w:val="center"/>
            <w:tcMar>
              <w:top w:w="55" w:type="dxa"/>
              <w:start w:w="75" w:type="dxa"/>
              <w:bottom w:w="55" w:type="dxa"/>
              <w:end w:w="75" w:type="dxa"/>
            </w:tcMar>
            <w:tcBorders>
              <w:top w:val="single" w:sz="5" w:color="BFCAC5"/>
              <w:left w:val="single" w:sz="5" w:color="BFCAC5"/>
              <w:bottom w:val="single" w:sz="5" w:color="BFCAC5"/>
              <w:right w:val="single" w:sz="5" w:color="BFCAC5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2E6753"/>
                <w:sz w:val="13"/>
              </w:rPr>
              <w:t>CLIENT ACKNOWLEDGEMENT</w:t>
            </w:r>
            <w:r>
              <w:br/>
            </w:r>
            <w:r>
              <w:rPr>
                <w:rFonts w:ascii="Arial" w:hAnsi="Arial"/>
                <w:b w:val="0"/>
                <w:color w:val="171C1A"/>
                <w:sz w:val="17"/>
              </w:rPr>
              <w:t>Name: ____________________   Date: _______________________</w:t>
              <w:br/>
              <w:t>Signature or stamp: 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E6B66"/>
        <w:sz w:val="14"/>
      </w:rPr>
      <w:t>Free report format by chatavocado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171C1A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report template</dc:title>
  <dc:subject>Editable one-page service report form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